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71B150" w14:textId="77777777" w:rsidR="00D22741" w:rsidRDefault="00000000">
      <w:r>
        <w:t>www.ijmsrt.com</w:t>
      </w:r>
    </w:p>
    <w:p w14:paraId="7DAC289E" w14:textId="64D519DC" w:rsidR="00D22741" w:rsidRDefault="00000000">
      <w:pPr>
        <w:jc w:val="center"/>
      </w:pPr>
      <w:r>
        <w:t xml:space="preserve">International Journal </w:t>
      </w:r>
      <w:r w:rsidR="00CB2E41">
        <w:t>o</w:t>
      </w:r>
      <w:r>
        <w:t xml:space="preserve">f Modern Science </w:t>
      </w:r>
      <w:r w:rsidR="00CB2E41">
        <w:t>a</w:t>
      </w:r>
      <w:r>
        <w:t>nd Research Technology (IJMSRT)</w:t>
      </w:r>
    </w:p>
    <w:p w14:paraId="509F3E71" w14:textId="77777777" w:rsidR="00D22741" w:rsidRDefault="00000000">
      <w:pPr>
        <w:pStyle w:val="Heading1"/>
      </w:pPr>
      <w:r>
        <w:t>COPYRIGHT AGREEMENT</w:t>
      </w:r>
    </w:p>
    <w:p w14:paraId="082B576F" w14:textId="77777777" w:rsidR="00D22741" w:rsidRDefault="00000000">
      <w:r>
        <w:t>Title Of Paper: ________________________________________________________________</w:t>
      </w:r>
      <w:r>
        <w:br/>
        <w:t>______________________________________________________________________________</w:t>
      </w:r>
    </w:p>
    <w:p w14:paraId="01C603C3" w14:textId="77777777" w:rsidR="00D22741" w:rsidRDefault="00000000">
      <w:r>
        <w:t>Author(S):</w:t>
      </w:r>
      <w:r>
        <w:br/>
        <w:t>1. ____________________   2. ____________________</w:t>
      </w:r>
      <w:r>
        <w:br/>
        <w:t>3. ____________________   4. ____________________</w:t>
      </w:r>
      <w:r>
        <w:br/>
        <w:t>5. ____________________   6. ____________________</w:t>
      </w:r>
    </w:p>
    <w:p w14:paraId="248AF96D" w14:textId="718022A3" w:rsidR="00D22741" w:rsidRDefault="00000000">
      <w:r>
        <w:t xml:space="preserve">Author Declaration </w:t>
      </w:r>
      <w:r w:rsidR="00CB2E41">
        <w:t>a</w:t>
      </w:r>
      <w:r>
        <w:t>nd Copyright Transfer</w:t>
      </w:r>
    </w:p>
    <w:p w14:paraId="028F9D2D" w14:textId="6893ACCC" w:rsidR="00D22741" w:rsidRDefault="00000000">
      <w:r>
        <w:t xml:space="preserve">The Undersigned Author(S) Hereby Grant </w:t>
      </w:r>
      <w:r w:rsidR="00CB2E41">
        <w:t>a</w:t>
      </w:r>
      <w:r>
        <w:t xml:space="preserve">nd Transfer </w:t>
      </w:r>
      <w:r w:rsidR="00CB2E41">
        <w:t>t</w:t>
      </w:r>
      <w:r>
        <w:t xml:space="preserve">o </w:t>
      </w:r>
      <w:r w:rsidR="00CB2E41">
        <w:t>t</w:t>
      </w:r>
      <w:r>
        <w:t xml:space="preserve">he International Journal </w:t>
      </w:r>
      <w:r w:rsidR="00CB2E41">
        <w:t>o</w:t>
      </w:r>
      <w:r>
        <w:t xml:space="preserve">f Modern Science </w:t>
      </w:r>
      <w:r w:rsidR="00CB2E41">
        <w:t>a</w:t>
      </w:r>
      <w:r>
        <w:t>nd Research Technology (I</w:t>
      </w:r>
      <w:r w:rsidR="00CB2E41">
        <w:t>JMSRT</w:t>
      </w:r>
      <w:r>
        <w:t xml:space="preserve">) The Necessary Publishing Rights, Including </w:t>
      </w:r>
      <w:r w:rsidR="00CB2E41">
        <w:t>t</w:t>
      </w:r>
      <w:r>
        <w:t xml:space="preserve">he Right </w:t>
      </w:r>
      <w:r w:rsidR="00CB2E41">
        <w:t>t</w:t>
      </w:r>
      <w:r>
        <w:t xml:space="preserve">o Publish, Distribute, Archive, Reproduce, Index, And Make </w:t>
      </w:r>
      <w:r w:rsidR="00CB2E41">
        <w:t>t</w:t>
      </w:r>
      <w:r>
        <w:t xml:space="preserve">he Published Article </w:t>
      </w:r>
      <w:r w:rsidR="00CB2E41">
        <w:t>a</w:t>
      </w:r>
      <w:r>
        <w:t xml:space="preserve">vailable </w:t>
      </w:r>
      <w:r w:rsidR="00CB2E41">
        <w:t>t</w:t>
      </w:r>
      <w:r>
        <w:t xml:space="preserve">hrough Electronic </w:t>
      </w:r>
      <w:r w:rsidR="00CB2E41">
        <w:t>a</w:t>
      </w:r>
      <w:r>
        <w:t xml:space="preserve">nd </w:t>
      </w:r>
      <w:r w:rsidR="00CB2E41">
        <w:t>o</w:t>
      </w:r>
      <w:r>
        <w:t>ther Academic Platforms.</w:t>
      </w:r>
    </w:p>
    <w:p w14:paraId="5A8D71E8" w14:textId="17DD850E" w:rsidR="00D22741" w:rsidRDefault="00000000">
      <w:r>
        <w:t xml:space="preserve">The Author(S) Confirm </w:t>
      </w:r>
      <w:r w:rsidR="00CB2E41">
        <w:t>t</w:t>
      </w:r>
      <w:r>
        <w:t xml:space="preserve">hat </w:t>
      </w:r>
      <w:r w:rsidR="00CB2E41">
        <w:t>t</w:t>
      </w:r>
      <w:r>
        <w:t xml:space="preserve">he Submitted Manuscript </w:t>
      </w:r>
      <w:r w:rsidR="00CB2E41">
        <w:t>i</w:t>
      </w:r>
      <w:r>
        <w:t xml:space="preserve">s </w:t>
      </w:r>
      <w:r w:rsidR="00CB2E41">
        <w:t>a</w:t>
      </w:r>
      <w:r>
        <w:t xml:space="preserve">n Original Work </w:t>
      </w:r>
      <w:r w:rsidR="00CB2E41">
        <w:t>a</w:t>
      </w:r>
      <w:r>
        <w:t xml:space="preserve">nd </w:t>
      </w:r>
      <w:r w:rsidR="00CB2E41">
        <w:t>h</w:t>
      </w:r>
      <w:r>
        <w:t xml:space="preserve">as </w:t>
      </w:r>
      <w:r w:rsidR="00CB2E41">
        <w:t>n</w:t>
      </w:r>
      <w:r>
        <w:t xml:space="preserve">ot </w:t>
      </w:r>
      <w:r w:rsidR="00CB2E41">
        <w:t>b</w:t>
      </w:r>
      <w:r>
        <w:t xml:space="preserve">een Published Elsewhere Nor </w:t>
      </w:r>
      <w:r w:rsidR="00CB2E41">
        <w:t>i</w:t>
      </w:r>
      <w:r>
        <w:t xml:space="preserve">s </w:t>
      </w:r>
      <w:r w:rsidR="00CB2E41">
        <w:t>i</w:t>
      </w:r>
      <w:r>
        <w:t xml:space="preserve">t </w:t>
      </w:r>
      <w:r w:rsidR="00CB2E41">
        <w:t>u</w:t>
      </w:r>
      <w:r>
        <w:t xml:space="preserve">nder Consideration </w:t>
      </w:r>
      <w:r w:rsidR="00CB2E41">
        <w:t>b</w:t>
      </w:r>
      <w:r>
        <w:t xml:space="preserve">y </w:t>
      </w:r>
      <w:r w:rsidR="00CB2E41">
        <w:t>a</w:t>
      </w:r>
      <w:r>
        <w:t xml:space="preserve">nother Journal </w:t>
      </w:r>
      <w:r w:rsidR="00CB2E41">
        <w:t>a</w:t>
      </w:r>
      <w:r>
        <w:t xml:space="preserve">t </w:t>
      </w:r>
      <w:r w:rsidR="00CB2E41">
        <w:t>t</w:t>
      </w:r>
      <w:r>
        <w:t xml:space="preserve">he Time </w:t>
      </w:r>
      <w:r w:rsidR="00CB2E41">
        <w:t>o</w:t>
      </w:r>
      <w:r>
        <w:t xml:space="preserve">f Submission. The Author(S) Certify </w:t>
      </w:r>
      <w:r w:rsidR="00CB2E41">
        <w:t>t</w:t>
      </w:r>
      <w:r>
        <w:t xml:space="preserve">hat </w:t>
      </w:r>
      <w:r w:rsidR="00CB2E41">
        <w:t>t</w:t>
      </w:r>
      <w:r>
        <w:t xml:space="preserve">hey </w:t>
      </w:r>
      <w:r w:rsidR="00CB2E41">
        <w:t>h</w:t>
      </w:r>
      <w:r>
        <w:t xml:space="preserve">ave Obtained </w:t>
      </w:r>
      <w:r w:rsidR="00CB2E41">
        <w:t>a</w:t>
      </w:r>
      <w:r>
        <w:t xml:space="preserve">ll Required Permissions </w:t>
      </w:r>
      <w:r w:rsidR="00CB2E41">
        <w:t>f</w:t>
      </w:r>
      <w:r>
        <w:t xml:space="preserve">or </w:t>
      </w:r>
      <w:r w:rsidR="00CB2E41">
        <w:t>a</w:t>
      </w:r>
      <w:r>
        <w:t xml:space="preserve">ny Copyrighted Material Included </w:t>
      </w:r>
      <w:r w:rsidR="00CB2E41">
        <w:t>i</w:t>
      </w:r>
      <w:r>
        <w:t xml:space="preserve">n </w:t>
      </w:r>
      <w:r w:rsidR="00CB2E41">
        <w:t>t</w:t>
      </w:r>
      <w:r>
        <w:t>he Manuscript.</w:t>
      </w:r>
    </w:p>
    <w:p w14:paraId="7F57B1B6" w14:textId="7E77E99F" w:rsidR="00D22741" w:rsidRDefault="00000000">
      <w:r>
        <w:t xml:space="preserve">The Author(S) Represent </w:t>
      </w:r>
      <w:r w:rsidR="00CB2E41">
        <w:t>a</w:t>
      </w:r>
      <w:r>
        <w:t xml:space="preserve">nd Warrant </w:t>
      </w:r>
      <w:r w:rsidR="00CB2E41">
        <w:t>t</w:t>
      </w:r>
      <w:r>
        <w:t xml:space="preserve">hat </w:t>
      </w:r>
      <w:r w:rsidR="00CB2E41">
        <w:t>t</w:t>
      </w:r>
      <w:r>
        <w:t xml:space="preserve">hey </w:t>
      </w:r>
      <w:r w:rsidR="00CB2E41">
        <w:t>h</w:t>
      </w:r>
      <w:r>
        <w:t xml:space="preserve">ave </w:t>
      </w:r>
      <w:r w:rsidR="00CB2E41">
        <w:t>t</w:t>
      </w:r>
      <w:r>
        <w:t xml:space="preserve">he Full Authority </w:t>
      </w:r>
      <w:r w:rsidR="00CB2E41">
        <w:t>t</w:t>
      </w:r>
      <w:r>
        <w:t xml:space="preserve">o Enter </w:t>
      </w:r>
      <w:r w:rsidR="00CB2E41">
        <w:t>i</w:t>
      </w:r>
      <w:r>
        <w:t xml:space="preserve">nto </w:t>
      </w:r>
      <w:r w:rsidR="00CB2E41">
        <w:t>t</w:t>
      </w:r>
      <w:r>
        <w:t xml:space="preserve">his Agreement </w:t>
      </w:r>
      <w:r w:rsidR="00CB2E41">
        <w:t>a</w:t>
      </w:r>
      <w:r>
        <w:t xml:space="preserve">nd </w:t>
      </w:r>
      <w:r w:rsidR="00CB2E41">
        <w:t>t</w:t>
      </w:r>
      <w:r>
        <w:t xml:space="preserve">hat </w:t>
      </w:r>
      <w:r w:rsidR="00CB2E41">
        <w:t>t</w:t>
      </w:r>
      <w:r>
        <w:t xml:space="preserve">he Publication </w:t>
      </w:r>
      <w:r w:rsidR="00CB2E41">
        <w:t>o</w:t>
      </w:r>
      <w:r>
        <w:t xml:space="preserve">f </w:t>
      </w:r>
      <w:r w:rsidR="00CB2E41">
        <w:t>t</w:t>
      </w:r>
      <w:r>
        <w:t xml:space="preserve">he Manuscript </w:t>
      </w:r>
      <w:r w:rsidR="00CB2E41">
        <w:t>w</w:t>
      </w:r>
      <w:r>
        <w:t xml:space="preserve">ill </w:t>
      </w:r>
      <w:r w:rsidR="00CB2E41">
        <w:t>n</w:t>
      </w:r>
      <w:r>
        <w:t xml:space="preserve">ot Violate </w:t>
      </w:r>
      <w:r w:rsidR="00CB2E41">
        <w:t>a</w:t>
      </w:r>
      <w:r>
        <w:t>ny Third-Party Rights, Including Copyright, Privacy, Or Intellectual Property Rights.</w:t>
      </w:r>
    </w:p>
    <w:p w14:paraId="6249A18E" w14:textId="255605BC" w:rsidR="00D22741" w:rsidRDefault="00000000">
      <w:r>
        <w:t xml:space="preserve">The Author(S) Acknowledge </w:t>
      </w:r>
      <w:r w:rsidR="00CB2E41">
        <w:t>t</w:t>
      </w:r>
      <w:r>
        <w:t>hat I</w:t>
      </w:r>
      <w:r w:rsidR="00CB2E41">
        <w:t>JMSRT</w:t>
      </w:r>
      <w:r>
        <w:t xml:space="preserve"> </w:t>
      </w:r>
      <w:r w:rsidR="00CB2E41">
        <w:t>f</w:t>
      </w:r>
      <w:r>
        <w:t xml:space="preserve">ollows </w:t>
      </w:r>
      <w:r w:rsidR="00CB2E41">
        <w:t>a</w:t>
      </w:r>
      <w:r>
        <w:t xml:space="preserve">n Academic Peer-Review </w:t>
      </w:r>
      <w:r w:rsidR="00CB2E41">
        <w:t>a</w:t>
      </w:r>
      <w:r>
        <w:t xml:space="preserve">nd Publication Process. The Journal Reserves </w:t>
      </w:r>
      <w:r w:rsidR="00CB2E41">
        <w:t>t</w:t>
      </w:r>
      <w:r>
        <w:t xml:space="preserve">he Right </w:t>
      </w:r>
      <w:r w:rsidR="00CB2E41">
        <w:t>t</w:t>
      </w:r>
      <w:r>
        <w:t xml:space="preserve">o Make Editorial Decisions, Formatting Changes, Corrections, Withdrawals, Or </w:t>
      </w:r>
      <w:r w:rsidR="00CB2E41">
        <w:t>o</w:t>
      </w:r>
      <w:r>
        <w:t xml:space="preserve">ther Necessary Actions According </w:t>
      </w:r>
      <w:r w:rsidR="00CB2E41">
        <w:t>t</w:t>
      </w:r>
      <w:r>
        <w:t xml:space="preserve">o </w:t>
      </w:r>
      <w:r w:rsidR="00CB2E41">
        <w:t>i</w:t>
      </w:r>
      <w:r>
        <w:t xml:space="preserve">ts Publication Policies </w:t>
      </w:r>
      <w:r w:rsidR="00CB2E41">
        <w:t>a</w:t>
      </w:r>
      <w:r>
        <w:t>nd Ethical Standards.</w:t>
      </w:r>
    </w:p>
    <w:p w14:paraId="3DC7A9F7" w14:textId="2801B951" w:rsidR="00D22741" w:rsidRDefault="00000000">
      <w:r>
        <w:t xml:space="preserve">The Author(S) Agree </w:t>
      </w:r>
      <w:r w:rsidR="00CB2E41">
        <w:t>t</w:t>
      </w:r>
      <w:r>
        <w:t xml:space="preserve">o Cooperate </w:t>
      </w:r>
      <w:r w:rsidR="00CB2E41">
        <w:t>wi</w:t>
      </w:r>
      <w:r>
        <w:t>th I</w:t>
      </w:r>
      <w:r w:rsidR="00CB2E41">
        <w:t>JMSRT</w:t>
      </w:r>
      <w:r>
        <w:t xml:space="preserve"> </w:t>
      </w:r>
      <w:r w:rsidR="00CB2E41">
        <w:t>i</w:t>
      </w:r>
      <w:r>
        <w:t xml:space="preserve">n Case </w:t>
      </w:r>
      <w:r w:rsidR="00CB2E41">
        <w:t>o</w:t>
      </w:r>
      <w:r>
        <w:t xml:space="preserve">f </w:t>
      </w:r>
      <w:r w:rsidR="00CB2E41">
        <w:t>a</w:t>
      </w:r>
      <w:r>
        <w:t xml:space="preserve">ny Research Integrity Concerns, Including Issues Related </w:t>
      </w:r>
      <w:r w:rsidR="00CB2E41">
        <w:t>t</w:t>
      </w:r>
      <w:r>
        <w:t>o Plagiarism, Duplicate Publication, Authorship Disputes, Data Accuracy, Or Ethical Violations.</w:t>
      </w:r>
    </w:p>
    <w:p w14:paraId="2FD0395B" w14:textId="52936FB2" w:rsidR="00D22741" w:rsidRDefault="00000000">
      <w:r>
        <w:t xml:space="preserve">This Agreement </w:t>
      </w:r>
      <w:r w:rsidR="00CB2E41">
        <w:t>d</w:t>
      </w:r>
      <w:r>
        <w:t xml:space="preserve">oes </w:t>
      </w:r>
      <w:r w:rsidR="00CB2E41">
        <w:t>n</w:t>
      </w:r>
      <w:r>
        <w:t xml:space="preserve">ot Transfer </w:t>
      </w:r>
      <w:r w:rsidR="00CB2E41">
        <w:t>t</w:t>
      </w:r>
      <w:r>
        <w:t xml:space="preserve">he Author'S Moral Rights. Authors Retain </w:t>
      </w:r>
      <w:r w:rsidR="00CB2E41">
        <w:t>t</w:t>
      </w:r>
      <w:r>
        <w:t xml:space="preserve">he Right </w:t>
      </w:r>
      <w:r w:rsidR="00CB2E41">
        <w:t>t</w:t>
      </w:r>
      <w:r>
        <w:t xml:space="preserve">o </w:t>
      </w:r>
      <w:r w:rsidR="00CB2E41">
        <w:t>u</w:t>
      </w:r>
      <w:r>
        <w:t xml:space="preserve">se </w:t>
      </w:r>
      <w:r w:rsidR="00CB2E41">
        <w:t>t</w:t>
      </w:r>
      <w:r>
        <w:t xml:space="preserve">heir Work </w:t>
      </w:r>
      <w:r w:rsidR="00CB2E41">
        <w:t>f</w:t>
      </w:r>
      <w:r>
        <w:t xml:space="preserve">or Academic Purposes </w:t>
      </w:r>
      <w:r w:rsidR="00CB2E41">
        <w:t>w</w:t>
      </w:r>
      <w:r>
        <w:t xml:space="preserve">ith Proper Acknowledgement </w:t>
      </w:r>
      <w:r w:rsidR="00CB2E41">
        <w:t>o</w:t>
      </w:r>
      <w:r>
        <w:t xml:space="preserve">f </w:t>
      </w:r>
      <w:r w:rsidR="00CB2E41">
        <w:t>t</w:t>
      </w:r>
      <w:r>
        <w:t xml:space="preserve">he Original Publication </w:t>
      </w:r>
      <w:r w:rsidR="00CB2E41">
        <w:t>i</w:t>
      </w:r>
      <w:r>
        <w:t>n I</w:t>
      </w:r>
      <w:r w:rsidR="00CB2E41">
        <w:t>JMSRT</w:t>
      </w:r>
      <w:r>
        <w:t>.</w:t>
      </w:r>
    </w:p>
    <w:p w14:paraId="62351C9E" w14:textId="42332CA7" w:rsidR="00D22741" w:rsidRDefault="00000000">
      <w:r>
        <w:t xml:space="preserve">By Signing </w:t>
      </w:r>
      <w:r w:rsidR="00CB2E41">
        <w:t>b</w:t>
      </w:r>
      <w:r>
        <w:t xml:space="preserve">elow, The </w:t>
      </w:r>
      <w:r w:rsidR="00CB2E41">
        <w:t>u</w:t>
      </w:r>
      <w:r>
        <w:t xml:space="preserve">ndersigned Author Confirms </w:t>
      </w:r>
      <w:r w:rsidR="00CB2E41">
        <w:t>t</w:t>
      </w:r>
      <w:r>
        <w:t xml:space="preserve">hat </w:t>
      </w:r>
      <w:r w:rsidR="00CB2E41">
        <w:t>t</w:t>
      </w:r>
      <w:r>
        <w:t xml:space="preserve">hey </w:t>
      </w:r>
      <w:r w:rsidR="00CB2E41">
        <w:t>h</w:t>
      </w:r>
      <w:r>
        <w:t xml:space="preserve">ave Read, Understood, And Accepted </w:t>
      </w:r>
      <w:r w:rsidR="00CB2E41">
        <w:t>a</w:t>
      </w:r>
      <w:r>
        <w:t xml:space="preserve">ll Terms </w:t>
      </w:r>
      <w:r w:rsidR="00CB2E41">
        <w:t>a</w:t>
      </w:r>
      <w:r>
        <w:t xml:space="preserve">nd Conditions </w:t>
      </w:r>
      <w:r w:rsidR="00CB2E41">
        <w:t>o</w:t>
      </w:r>
      <w:r>
        <w:t xml:space="preserve">f </w:t>
      </w:r>
      <w:r w:rsidR="00CB2E41">
        <w:t>t</w:t>
      </w:r>
      <w:r>
        <w:t>his Copyright Agreement.</w:t>
      </w:r>
    </w:p>
    <w:p w14:paraId="2A97BAF5" w14:textId="77777777" w:rsidR="00D22741" w:rsidRDefault="00000000">
      <w:r>
        <w:lastRenderedPageBreak/>
        <w:br/>
        <w:t>Author'S Signature &amp; Date:</w:t>
      </w:r>
      <w:r>
        <w:br/>
        <w:t>_______________________________________________</w:t>
      </w:r>
    </w:p>
    <w:p w14:paraId="19EC0F84" w14:textId="77777777" w:rsidR="00D22741" w:rsidRDefault="00000000">
      <w:r>
        <w:br/>
        <w:t>Author'S Name:</w:t>
      </w:r>
      <w:r>
        <w:br/>
        <w:t>_______________________________________________</w:t>
      </w:r>
    </w:p>
    <w:p w14:paraId="101BEB83" w14:textId="77777777" w:rsidR="00D22741" w:rsidRDefault="00000000">
      <w:r>
        <w:br/>
        <w:t>Institution Or Company:</w:t>
      </w:r>
      <w:r>
        <w:br/>
        <w:t>_______________________________________________</w:t>
      </w:r>
    </w:p>
    <w:sectPr w:rsidR="00D2274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17659127">
    <w:abstractNumId w:val="8"/>
  </w:num>
  <w:num w:numId="2" w16cid:durableId="474447574">
    <w:abstractNumId w:val="6"/>
  </w:num>
  <w:num w:numId="3" w16cid:durableId="1871186836">
    <w:abstractNumId w:val="5"/>
  </w:num>
  <w:num w:numId="4" w16cid:durableId="1614704376">
    <w:abstractNumId w:val="4"/>
  </w:num>
  <w:num w:numId="5" w16cid:durableId="1078790992">
    <w:abstractNumId w:val="7"/>
  </w:num>
  <w:num w:numId="6" w16cid:durableId="368575585">
    <w:abstractNumId w:val="3"/>
  </w:num>
  <w:num w:numId="7" w16cid:durableId="646319665">
    <w:abstractNumId w:val="2"/>
  </w:num>
  <w:num w:numId="8" w16cid:durableId="965427596">
    <w:abstractNumId w:val="1"/>
  </w:num>
  <w:num w:numId="9" w16cid:durableId="1835533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264C0"/>
    <w:rsid w:val="0029639D"/>
    <w:rsid w:val="00326F90"/>
    <w:rsid w:val="00AA1D8D"/>
    <w:rsid w:val="00B47730"/>
    <w:rsid w:val="00CB0664"/>
    <w:rsid w:val="00CB2E41"/>
    <w:rsid w:val="00D2274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64F691C"/>
  <w14:defaultImageDpi w14:val="300"/>
  <w15:docId w15:val="{D4BE14A5-06DE-4B3C-91B7-29539BCEE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2407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Nitin Sharma</cp:lastModifiedBy>
  <cp:revision>2</cp:revision>
  <dcterms:created xsi:type="dcterms:W3CDTF">2013-12-23T23:15:00Z</dcterms:created>
  <dcterms:modified xsi:type="dcterms:W3CDTF">2026-07-02T03:45:00Z</dcterms:modified>
  <cp:category/>
</cp:coreProperties>
</file>