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International Journal of Modern Science and Research Technology (IJMSRT)</w:t>
        <w:br/>
      </w:r>
      <w:r>
        <w:t>ISSN: 2584-2706</w:t>
        <w:br/>
      </w:r>
      <w:r>
        <w:t>Volume X | Issue X | Month Year</w:t>
        <w:br/>
      </w:r>
      <w:r>
        <w:t>www.ijmsrt.com</w:t>
        <w:br/>
      </w:r>
      <w:r>
        <w:t>DOI: https://doi.org/10.67317/IJMSRTXXXXXXXX</w:t>
        <w:br/>
      </w:r>
      <w:r>
        <w:t>Paper ID: IJMSRT26XXX000</w:t>
      </w:r>
    </w:p>
    <w:p>
      <w:pPr>
        <w:jc w:val="center"/>
      </w:pPr>
      <w:r>
        <w:rPr>
          <w:b/>
          <w:sz w:val="36"/>
        </w:rPr>
        <w:br/>
        <w:t>ARTICLE TITLE</w:t>
        <w:br/>
      </w:r>
    </w:p>
    <w:p>
      <w:pPr>
        <w:jc w:val="center"/>
      </w:pPr>
      <w:r>
        <w:rPr>
          <w:b/>
        </w:rPr>
        <w:t>Author One¹, Author Two², Author Three³</w:t>
        <w:br/>
      </w:r>
      <w:r>
        <w:t>Affiliation 1</w:t>
        <w:br/>
        <w:t>Affiliation 2</w:t>
        <w:br/>
      </w:r>
      <w:r>
        <w:t>Corresponding Author: author@email.com</w:t>
      </w:r>
    </w:p>
    <w:p>
      <w:pPr>
        <w:pStyle w:val="Heading1"/>
      </w:pPr>
      <w:r>
        <w:t>Abstract</w:t>
      </w:r>
    </w:p>
    <w:p>
      <w:r>
        <w:t>Write a structured abstract (150–300 words).</w:t>
      </w:r>
    </w:p>
    <w:p>
      <w:pPr>
        <w:pStyle w:val="Heading1"/>
      </w:pPr>
      <w:r>
        <w:t>Keywords</w:t>
      </w:r>
    </w:p>
    <w:p>
      <w:r>
        <w:t>Keyword1; Keyword2; Keyword3; Keyword4; Keyword5</w:t>
      </w:r>
    </w:p>
    <w:p>
      <w:pPr>
        <w:pStyle w:val="Heading1"/>
      </w:pPr>
      <w:r>
        <w:t>1. Introduction</w:t>
      </w:r>
    </w:p>
    <w:p>
      <w:r>
        <w:t>Start writing here...</w:t>
      </w:r>
    </w:p>
    <w:p>
      <w:pPr>
        <w:pStyle w:val="Heading1"/>
      </w:pPr>
      <w:r>
        <w:t>2. Materials and Methods</w:t>
      </w:r>
    </w:p>
    <w:p/>
    <w:p>
      <w:pPr>
        <w:pStyle w:val="Heading1"/>
      </w:pPr>
      <w:r>
        <w:t>3. Results and Discussion</w:t>
      </w:r>
    </w:p>
    <w:p/>
    <w:p>
      <w:pPr>
        <w:pStyle w:val="Heading1"/>
      </w:pPr>
      <w:r>
        <w:t>4. Conclusion</w:t>
      </w:r>
    </w:p>
    <w:p/>
    <w:p>
      <w:pPr>
        <w:pStyle w:val="Heading1"/>
      </w:pPr>
      <w:r>
        <w:t>Acknowledgement</w:t>
      </w:r>
    </w:p>
    <w:p/>
    <w:p>
      <w:pPr>
        <w:pStyle w:val="Heading1"/>
      </w:pPr>
      <w:r>
        <w:t>Conflict of Interest</w:t>
      </w:r>
    </w:p>
    <w:p>
      <w:r>
        <w:t>The authors declare no conflict of interest.</w:t>
      </w:r>
    </w:p>
    <w:p>
      <w:pPr>
        <w:pStyle w:val="Heading1"/>
      </w:pPr>
      <w:r>
        <w:t>Funding</w:t>
      </w:r>
    </w:p>
    <w:p/>
    <w:p>
      <w:pPr>
        <w:pStyle w:val="Heading1"/>
      </w:pPr>
      <w:r>
        <w:t>References</w:t>
      </w:r>
    </w:p>
    <w:p>
      <w:r>
        <w:t>[1] Reference style...</w:t>
      </w:r>
    </w:p>
    <w:sectPr w:rsidR="00FC693F" w:rsidRPr="0006063C" w:rsidSect="00034616">
      <w:pgSz w:w="12240" w:h="15840"/>
      <w:pgMar w:top="720" w:right="800" w:bottom="720" w:left="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Times New Roman" w:hAnsi="Times New Roman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